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2D3FE7"/>
          <w:sz w:val="15"/>
        </w:rPr>
        <w:t>CERTIFICADO DE TREINAMENTO · SEGURANÇA DO TRABALHO</w:t>
      </w:r>
    </w:p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0D1330"/>
          <w:sz w:val="36"/>
        </w:rPr>
        <w:t>Certificado de treinamento de NR</w:t>
      </w:r>
    </w:p>
    <w:p>
      <w:pPr>
        <w:spacing w:after="200"/>
      </w:pPr>
      <w:r>
        <w:rPr>
          <w:rFonts w:ascii="Plus Jakarta Sans" w:hAnsi="Plus Jakarta Sans" w:cs="Plus Jakarta Sans" w:eastAsia="Plus Jakarta Sans"/>
          <w:b w:val="0"/>
          <w:color w:val="5D6473"/>
          <w:sz w:val="18"/>
        </w:rPr>
        <w:t>Certificado de capacitação com os campos do item 1.7.1.1 da NR-01. Preencha, imprima e colha as assinaturas.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  <w:gridCol w:w="5102"/>
      </w:tblGrid>
      <w:tr>
        <w:tc>
          <w:tcPr>
            <w:tcW w:type="dxa" w:w="9751"/>
          </w:tcPr>
          <w:p>
            <w:r/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NOME COMPLETO DO TRABALHADOR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CPF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NORMA REGULAMENTADORA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CURSO OU CAPACITAÇÃO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CARGA HORÁRIA (HORAS)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DATA(S)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LOCAL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MODALIDADE   </w:t>
            </w:r>
            <w:r>
              <w:rPr>
                <w:rFonts w:ascii="Plus Jakarta Sans" w:hAnsi="Plus Jakarta Sans" w:cs="Plus Jakarta Sans" w:eastAsia="Plus Jakarta Sans"/>
                <w:b w:val="0"/>
                <w:color w:val="0D1330"/>
                <w:sz w:val="18"/>
              </w:rPr>
              <w:t>☐ Presencial    ☐ A distância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CONTEÚDO PROGRAMÁTICO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INSTRUTOR(ES): NOME E QUALIFICAÇÃO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APROVEITAMENTO OU CONVALIDAÇÃO DE TREINAMENTO ANTERIOR (NR-01, 1.7.6.1 E 1.7.8): CONTEÚDO E DATA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  <w:tc>
          <w:tcPr>
            <w:tcW w:type="dxa" w:w="5102"/>
            <w:shd w:val="clear" w:color="auto" w:fill="F6F7FB"/>
          </w:tcPr>
          <w:p>
            <w:r/>
          </w:p>
          <w:p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>REFERÊNCIA DA NORMA</w:t>
            </w:r>
          </w:p>
          <w:p>
            <w:pPr>
              <w:spacing w:after="200"/>
            </w:pPr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7"/>
              </w:rPr>
              <w:t>Preencha a carga horária e a periodicidade conforme a NR aplicável ao treinamento. Os sete campos deste modelo seguem o item 1.7.1.1 da NR-01: nome e assinatura do trabalhador, conteúdo programático, carga horária, data, local, nome e qualificação dos instrutores e assinatura do responsável técnico.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ORGANIZAÇÃO EMISSORA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CNPJ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CÓDIGO DE VALIDAÇÃO (SE EMITIDO EM SISTEMA)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e qualificação: ______________________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de quem assina: ______________________</w:t>
            </w:r>
          </w:p>
        </w:tc>
      </w:tr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Assinatura do trabalhador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Responsável técnico pelo treinamento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Pela organização emissora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4"/>
        </w:rPr>
      </w:r>
    </w:p>
    <w:p>
      <w:pPr>
        <w:spacing w:after="0"/>
      </w:pPr>
      <w:r>
        <w:rPr>
          <w:rFonts w:ascii="Plus Jakarta Sans" w:hAnsi="Plus Jakarta Sans" w:cs="Plus Jakarta Sans" w:eastAsia="Plus Jakarta Sans"/>
          <w:b w:val="0"/>
          <w:color w:val="5D6473"/>
          <w:sz w:val="14"/>
        </w:rPr>
        <w:t>Entregar ao trabalhador e arquivar uma cópia na organização (NR-01, item 1.7.3). Registrar a capacitação nos documentos funcionais (1.7.4).   Modelo gratuito · certivo.com.br/modelos/certificado-nr · Certivo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